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rPr>
          <w:sz w:val="32"/>
        </w:rPr>
        <w:t>Keine Weitergabe, nur für den internen Gebrauch</w:t>
      </w:r>
    </w:p>
    <w:p/>
    <w:p>
      <w:pPr>
        <w:pStyle w:val="Heading2"/>
      </w:pPr>
      <w:r>
        <w:rPr>
          <w:sz w:val="28"/>
        </w:rPr>
        <w:t>Stimme (KC)</w:t>
      </w:r>
    </w:p>
    <w:p/>
    <w:p>
      <w:pPr>
        <w:pStyle w:val="Heading3"/>
      </w:pPr>
      <w:r>
        <w:t>1. Strophe</w:t>
      </w:r>
    </w:p>
    <w:p>
      <w:r>
        <w:rPr>
          <w:rFonts w:ascii="Arial" w:hAnsi="Arial"/>
          <w:sz w:val="22"/>
        </w:rPr>
        <w:t>Fro-he Weih-nacht, wei-te Herz-en, | seht den Glanz der Weih-nachts-ker-zen. | Fro-he Weih-nacht, wei-te Her-zen, | seht den Glanz der Weih-nachts-ker-zen. | Fro-he Weih-nacht | fro-he Weih-nachts-zeit_  |</w:t>
      </w:r>
    </w:p>
    <w:p/>
    <w:p/>
    <w:p>
      <w:pPr>
        <w:pStyle w:val="Heading2"/>
      </w:pPr>
      <w:r>
        <w:rPr>
          <w:sz w:val="28"/>
        </w:rPr>
        <w:t>Stimme (S+A)</w:t>
      </w:r>
    </w:p>
    <w:p/>
    <w:p>
      <w:pPr>
        <w:pStyle w:val="Heading3"/>
      </w:pPr>
      <w:r>
        <w:t>1. Strophe</w:t>
      </w:r>
    </w:p>
    <w:p>
      <w:r>
        <w:rPr>
          <w:rFonts w:ascii="Arial" w:hAnsi="Arial"/>
          <w:sz w:val="22"/>
        </w:rPr>
        <w:t>Ein Ki-chern und Tu-scheln,_  | ein Wis-pern und Rau-nen;_  |  | die las-sen mich_ stau_ nen._  | Hier sit-zen die En-gel_  | und sin-gen im Chor:_  | Dort wer-keln sie eif-rig,_ . | was geht denn da vor?_  | Die himm-li-schen Lie-der,_  | ge-übt mit viel Fleiß. | Ge-schen-ke ge-ba-stelt,_  | das ist der Be-weis! | Auch riecht es nach Plätz-chen_  | mit Nel-ken und Zimt. | Es weih-nach-tet wie-der,_  | jetzt weiß ich's be_ stimmt._  | Kin-der freu'n sich, Ker-zen leuch-ten, | fro-he Weih-nachts-zeit. | Ich wünsch fro-he Weih-nacht,_  | ei-ne se-li-ge Zeit. | und Frie-den auf Er-den_  | seid da-zu be-reit. | Ich wünsch fro-he Weih-nacht,_  | be-sinn-li-che Zeit. | und Frie-den auf Er-den_  | seid da-zu be_ reit. | Wir wü-schen uns Fri-den_  | in un-ser-er Welt. | Steht al-le zu-sam-men_  | das ist's was uns_ fehlt. | Der Frie-den der_ Welt. | fro-he Weih-nachts-zeit_  |</w:t>
      </w:r>
    </w:p>
    <w:p/>
    <w:p/>
    <w:p>
      <w:pPr>
        <w:pStyle w:val="Heading2"/>
      </w:pPr>
      <w:r>
        <w:rPr>
          <w:sz w:val="28"/>
        </w:rPr>
        <w:t>Stimme (Bass)</w:t>
      </w:r>
    </w:p>
    <w:p/>
    <w:p>
      <w:pPr>
        <w:pStyle w:val="Heading3"/>
      </w:pPr>
      <w:r>
        <w:t>1. Strophe</w:t>
      </w:r>
    </w:p>
    <w:p>
      <w:r>
        <w:rPr>
          <w:rFonts w:ascii="Arial" w:hAnsi="Arial"/>
          <w:sz w:val="22"/>
        </w:rPr>
        <w:t>Ein Ki-chern und Tu-scheln,_  |  | die selt-sa-men Tö-ne,_  | die las-sen mich_ stau_ nen._  | Hier sit-zen die En-gel_  | und sin-gen im Chor._  | Dort wer-keln sie eif-rig,_ . | was geht denn da vor? | Die himm-li-schen Lie-der,_  | ge-übt mit viel Fleiß. | Ge-schen-ke ge-bas-telt,_  | das ist der Be-weis! | Bald ist Weih-nacht, Hei-lig A-bend, | seht den Glanz der Weih-nachts-lich-ter. Kin-der freu'n sich, Ker-zen leuch-ten, | fro-he Weih-nachts-zeit. | Ich wünsch fro-he Weih-nacht,_  | ei-ne fried-vol-le Zeit. | und Frie-den auf Er-den_  | seid da-zu be-reit. | Ich wünsch fro-he Weih-nacht,_  | be-sinn-li-che Zeit. | und Frie-den auf Er-den_  | seid da-zu be_ reit. | Wir wü-schen uns | Steht al-le zu-sam-men_  | das ist's was uns fehlt. | Der Frie-den der_ Welt. |  |</w:t>
      </w:r>
    </w:p>
    <w:p/>
    <w:p/>
    <w:p/>
    <w:p>
      <w:pPr>
        <w:pStyle w:val="Heading3"/>
      </w:pPr>
      <w:r>
        <w:t>Legende:</w:t>
      </w:r>
    </w:p>
    <w:p>
      <w:r>
        <w:t xml:space="preserve">  -  = Silbentrennung (hyphen) / Melisma</w:t>
      </w:r>
    </w:p>
    <w:p>
      <w:r>
        <w:t xml:space="preserve">  _  = Haltelinie (extender)</w:t>
      </w:r>
    </w:p>
    <w:p>
      <w:r>
        <w:t xml:space="preserve">  |  = Pause</w:t>
      </w:r>
    </w:p>
    <w:p>
      <w:r>
        <w:t xml:space="preserve">  ||:  = Wiederholung Anfang</w:t>
      </w:r>
    </w:p>
    <w:p>
      <w:r>
        <w:t xml:space="preserve">  :||  = Wiederholung Ende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